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24A2F" w14:textId="77777777" w:rsidR="00565B40" w:rsidRDefault="00565B40">
      <w:pPr>
        <w:jc w:val="center"/>
        <w:rPr>
          <w:b/>
          <w:sz w:val="28"/>
        </w:rPr>
      </w:pPr>
    </w:p>
    <w:p w14:paraId="7C0C89DC" w14:textId="4ECCBB17" w:rsidR="008B37B6" w:rsidRDefault="003B336C">
      <w:pPr>
        <w:jc w:val="center"/>
      </w:pPr>
      <w:r>
        <w:rPr>
          <w:b/>
          <w:sz w:val="28"/>
        </w:rPr>
        <w:t>[TITLE OF EXTENDED ABSTRACT: CAPITALIZE THE FIRST LETTER OF MAJOR WORDS]</w:t>
      </w:r>
    </w:p>
    <w:p w14:paraId="0811A59A" w14:textId="77777777" w:rsidR="008B37B6" w:rsidRDefault="003B336C">
      <w:pPr>
        <w:jc w:val="center"/>
      </w:pPr>
      <w:r>
        <w:t>Author One1*, Author Two2, Author Three3</w:t>
      </w:r>
    </w:p>
    <w:p w14:paraId="280AAEFB" w14:textId="77777777" w:rsidR="008B37B6" w:rsidRDefault="003B336C">
      <w:pPr>
        <w:jc w:val="center"/>
      </w:pPr>
      <w:r>
        <w:rPr>
          <w:sz w:val="20"/>
        </w:rPr>
        <w:t>1Affiliation, Institution, City, Country</w:t>
      </w:r>
      <w:r>
        <w:rPr>
          <w:sz w:val="20"/>
        </w:rPr>
        <w:br/>
        <w:t>2Affiliation, Institution, City, Country</w:t>
      </w:r>
      <w:r>
        <w:rPr>
          <w:sz w:val="20"/>
        </w:rPr>
        <w:br/>
        <w:t>3Affiliation, Institution, City, Country</w:t>
      </w:r>
      <w:r>
        <w:rPr>
          <w:sz w:val="20"/>
        </w:rPr>
        <w:br/>
        <w:t>*Corresponding author: email@domain.com</w:t>
      </w:r>
    </w:p>
    <w:p w14:paraId="3CE7A934" w14:textId="77777777" w:rsidR="008B37B6" w:rsidRDefault="003B336C">
      <w:pPr>
        <w:pStyle w:val="Heading1"/>
      </w:pPr>
      <w:r>
        <w:rPr>
          <w:rFonts w:ascii="Times New Roman" w:eastAsia="Times New Roman" w:hAnsi="Times New Roman"/>
        </w:rPr>
        <w:t>Abstract</w:t>
      </w:r>
    </w:p>
    <w:p w14:paraId="1E52F773" w14:textId="77777777" w:rsidR="008B37B6" w:rsidRDefault="003B336C">
      <w:pPr>
        <w:jc w:val="both"/>
      </w:pPr>
      <w:r>
        <w:t>[Write a concise abstract of 150–250 words. The abstract should clearly state the background, problem statement, objective, methodology, key findings or expected results, and significance of the study. Avoid citations, tables, figures, and undefined abbreviations in this section.]</w:t>
      </w:r>
    </w:p>
    <w:p w14:paraId="6FEBBC29" w14:textId="77777777" w:rsidR="008B37B6" w:rsidRDefault="003B336C">
      <w:r>
        <w:rPr>
          <w:b/>
        </w:rPr>
        <w:t xml:space="preserve">Keywords: </w:t>
      </w:r>
      <w:r>
        <w:t>[Keyword 1; Keyword 2; Keyword 3; Keyword 4; Keyword 5]</w:t>
      </w:r>
    </w:p>
    <w:p w14:paraId="66F7C5D4" w14:textId="77777777" w:rsidR="008B37B6" w:rsidRDefault="003B336C">
      <w:pPr>
        <w:pStyle w:val="Heading1"/>
      </w:pPr>
      <w:r>
        <w:rPr>
          <w:rFonts w:ascii="Times New Roman" w:eastAsia="Times New Roman" w:hAnsi="Times New Roman"/>
        </w:rPr>
        <w:t>1. Introduction</w:t>
      </w:r>
    </w:p>
    <w:p w14:paraId="4A6D3C11" w14:textId="77777777" w:rsidR="008B37B6" w:rsidRDefault="003B336C">
      <w:pPr>
        <w:jc w:val="both"/>
      </w:pPr>
      <w:r>
        <w:t>[Provide the background of the study, research gap or issue, and the rationale for conducting the work. The final paragraph should clearly state the objective of the study.]</w:t>
      </w:r>
    </w:p>
    <w:p w14:paraId="5BA64126" w14:textId="77777777" w:rsidR="008B37B6" w:rsidRDefault="003B336C">
      <w:pPr>
        <w:pStyle w:val="Heading1"/>
      </w:pPr>
      <w:r>
        <w:rPr>
          <w:rFonts w:ascii="Times New Roman" w:eastAsia="Times New Roman" w:hAnsi="Times New Roman"/>
        </w:rPr>
        <w:t>2. Methodology</w:t>
      </w:r>
    </w:p>
    <w:p w14:paraId="141E3B01" w14:textId="77777777" w:rsidR="008B37B6" w:rsidRDefault="003B336C">
      <w:pPr>
        <w:jc w:val="both"/>
      </w:pPr>
      <w:r>
        <w:t>[Describe the research design, materials, tools, data collection, experimental setup, simulation model, survey method, analytical approach, or development process. Include enough detail for readers to understand how the study was conducted.]</w:t>
      </w:r>
    </w:p>
    <w:p w14:paraId="66CA53ED" w14:textId="77777777" w:rsidR="008B37B6" w:rsidRDefault="003B336C">
      <w:pPr>
        <w:pStyle w:val="Heading1"/>
      </w:pPr>
      <w:r>
        <w:rPr>
          <w:rFonts w:ascii="Times New Roman" w:eastAsia="Times New Roman" w:hAnsi="Times New Roman"/>
        </w:rPr>
        <w:t>3. Results and Discussion</w:t>
      </w:r>
    </w:p>
    <w:p w14:paraId="7B029EA2" w14:textId="77777777" w:rsidR="008B37B6" w:rsidRDefault="003B336C">
      <w:pPr>
        <w:jc w:val="both"/>
      </w:pPr>
      <w:r>
        <w:t>[Present the main findings, expected results, analysis, prototype output, simulation outcomes, or preliminary observations. Discuss the meaning of the results and relate them to the study objective. Figures and tables may be included if necessary.]</w:t>
      </w:r>
    </w:p>
    <w:p w14:paraId="2E8CB081" w14:textId="77777777" w:rsidR="008B37B6" w:rsidRDefault="003B336C">
      <w:pPr>
        <w:pStyle w:val="Heading1"/>
      </w:pPr>
      <w:r>
        <w:rPr>
          <w:rFonts w:ascii="Times New Roman" w:eastAsia="Times New Roman" w:hAnsi="Times New Roman"/>
        </w:rPr>
        <w:t>4. Conclusion</w:t>
      </w:r>
    </w:p>
    <w:p w14:paraId="665BFDE2" w14:textId="77777777" w:rsidR="008B37B6" w:rsidRDefault="003B336C">
      <w:pPr>
        <w:jc w:val="both"/>
      </w:pPr>
      <w:r>
        <w:t>[Summarize the major findings, contribution, implication, and potential future work. Avoid introducing new results in this section.]</w:t>
      </w:r>
    </w:p>
    <w:p w14:paraId="7227A9B4" w14:textId="77777777" w:rsidR="008B37B6" w:rsidRDefault="003B336C">
      <w:pPr>
        <w:pStyle w:val="Heading1"/>
      </w:pPr>
      <w:r>
        <w:rPr>
          <w:rFonts w:ascii="Times New Roman" w:eastAsia="Times New Roman" w:hAnsi="Times New Roman"/>
        </w:rPr>
        <w:t>Acknowledgement</w:t>
      </w:r>
    </w:p>
    <w:p w14:paraId="76A66017" w14:textId="77777777" w:rsidR="008B37B6" w:rsidRDefault="003B336C">
      <w:pPr>
        <w:jc w:val="both"/>
      </w:pPr>
      <w:r>
        <w:t>[Optional. Acknowledge funding, institution, supervisor, collaborators, laboratory support, or any relevant contribution.]</w:t>
      </w:r>
    </w:p>
    <w:p w14:paraId="67C13C60" w14:textId="77777777" w:rsidR="008B37B6" w:rsidRDefault="003B336C">
      <w:pPr>
        <w:pStyle w:val="Heading1"/>
      </w:pPr>
      <w:r>
        <w:rPr>
          <w:rFonts w:ascii="Times New Roman" w:eastAsia="Times New Roman" w:hAnsi="Times New Roman"/>
        </w:rPr>
        <w:lastRenderedPageBreak/>
        <w:t>References</w:t>
      </w:r>
    </w:p>
    <w:p w14:paraId="7B362FF9" w14:textId="6867739C" w:rsidR="008B37B6" w:rsidRDefault="003B336C">
      <w:pPr>
        <w:jc w:val="both"/>
      </w:pPr>
      <w:r>
        <w:t xml:space="preserve">[List references using a consistent referencing style. Suggested style: APA </w:t>
      </w:r>
      <w:r w:rsidR="00284E43">
        <w:t>style</w:t>
      </w:r>
      <w:r>
        <w:t>. Include only references cited in the extended abstract.]</w:t>
      </w:r>
    </w:p>
    <w:p w14:paraId="68DB6262" w14:textId="3E3D1468" w:rsidR="008B37B6" w:rsidRPr="00284E43" w:rsidRDefault="002A722E" w:rsidP="002A722E">
      <w:pPr>
        <w:pStyle w:val="Instruction"/>
        <w:jc w:val="center"/>
        <w:rPr>
          <w:i w:val="0"/>
          <w:iCs/>
          <w:color w:val="auto"/>
          <w:sz w:val="22"/>
          <w:szCs w:val="28"/>
        </w:rPr>
      </w:pPr>
      <w:r w:rsidRPr="00284E43">
        <w:rPr>
          <w:i w:val="0"/>
          <w:iCs/>
          <w:color w:val="auto"/>
          <w:sz w:val="22"/>
          <w:szCs w:val="28"/>
        </w:rPr>
        <w:t>Table 1. Example table format</w:t>
      </w:r>
    </w:p>
    <w:tbl>
      <w:tblPr>
        <w:tblStyle w:val="TableGrid"/>
        <w:tblW w:w="0" w:type="auto"/>
        <w:tblLook w:val="04A0" w:firstRow="1" w:lastRow="0" w:firstColumn="1" w:lastColumn="0" w:noHBand="0" w:noVBand="1"/>
      </w:tblPr>
      <w:tblGrid>
        <w:gridCol w:w="3309"/>
        <w:gridCol w:w="3309"/>
        <w:gridCol w:w="3308"/>
      </w:tblGrid>
      <w:tr w:rsidR="008B37B6" w14:paraId="3813FDE1" w14:textId="77777777" w:rsidTr="002A722E">
        <w:tc>
          <w:tcPr>
            <w:tcW w:w="3312" w:type="dxa"/>
            <w:shd w:val="clear" w:color="auto" w:fill="E5DFEC" w:themeFill="accent4" w:themeFillTint="33"/>
          </w:tcPr>
          <w:p w14:paraId="435A3E6A" w14:textId="77777777" w:rsidR="008B37B6" w:rsidRDefault="003B336C">
            <w:pPr>
              <w:jc w:val="center"/>
            </w:pPr>
            <w:r>
              <w:rPr>
                <w:b/>
                <w:sz w:val="18"/>
              </w:rPr>
              <w:t>Parameter</w:t>
            </w:r>
          </w:p>
        </w:tc>
        <w:tc>
          <w:tcPr>
            <w:tcW w:w="3312" w:type="dxa"/>
            <w:shd w:val="clear" w:color="auto" w:fill="E5DFEC" w:themeFill="accent4" w:themeFillTint="33"/>
          </w:tcPr>
          <w:p w14:paraId="7819492A" w14:textId="77777777" w:rsidR="008B37B6" w:rsidRDefault="003B336C">
            <w:pPr>
              <w:jc w:val="center"/>
            </w:pPr>
            <w:r>
              <w:rPr>
                <w:b/>
                <w:sz w:val="18"/>
              </w:rPr>
              <w:t>Description</w:t>
            </w:r>
          </w:p>
        </w:tc>
        <w:tc>
          <w:tcPr>
            <w:tcW w:w="3312" w:type="dxa"/>
            <w:shd w:val="clear" w:color="auto" w:fill="E5DFEC" w:themeFill="accent4" w:themeFillTint="33"/>
          </w:tcPr>
          <w:p w14:paraId="7D18B63B" w14:textId="77777777" w:rsidR="008B37B6" w:rsidRDefault="003B336C">
            <w:pPr>
              <w:jc w:val="center"/>
            </w:pPr>
            <w:r>
              <w:rPr>
                <w:b/>
                <w:sz w:val="18"/>
              </w:rPr>
              <w:t>Value / Unit</w:t>
            </w:r>
          </w:p>
        </w:tc>
      </w:tr>
      <w:tr w:rsidR="008B37B6" w14:paraId="1ABD48A4" w14:textId="77777777">
        <w:tc>
          <w:tcPr>
            <w:tcW w:w="3312" w:type="dxa"/>
          </w:tcPr>
          <w:p w14:paraId="71FF71BC" w14:textId="77777777" w:rsidR="008B37B6" w:rsidRDefault="003B336C">
            <w:pPr>
              <w:jc w:val="center"/>
            </w:pPr>
            <w:r>
              <w:rPr>
                <w:sz w:val="18"/>
              </w:rPr>
              <w:t>[Text]</w:t>
            </w:r>
          </w:p>
        </w:tc>
        <w:tc>
          <w:tcPr>
            <w:tcW w:w="3312" w:type="dxa"/>
          </w:tcPr>
          <w:p w14:paraId="6FBB20B2" w14:textId="77777777" w:rsidR="008B37B6" w:rsidRDefault="003B336C">
            <w:pPr>
              <w:jc w:val="center"/>
            </w:pPr>
            <w:r>
              <w:rPr>
                <w:sz w:val="18"/>
              </w:rPr>
              <w:t>[Text]</w:t>
            </w:r>
          </w:p>
        </w:tc>
        <w:tc>
          <w:tcPr>
            <w:tcW w:w="3312" w:type="dxa"/>
          </w:tcPr>
          <w:p w14:paraId="78E23FFA" w14:textId="77777777" w:rsidR="008B37B6" w:rsidRDefault="003B336C">
            <w:pPr>
              <w:jc w:val="center"/>
            </w:pPr>
            <w:r>
              <w:rPr>
                <w:sz w:val="18"/>
              </w:rPr>
              <w:t>[Text]</w:t>
            </w:r>
          </w:p>
        </w:tc>
      </w:tr>
      <w:tr w:rsidR="008B37B6" w14:paraId="796C5A44" w14:textId="77777777">
        <w:tc>
          <w:tcPr>
            <w:tcW w:w="3312" w:type="dxa"/>
          </w:tcPr>
          <w:p w14:paraId="6A9887EE" w14:textId="77777777" w:rsidR="008B37B6" w:rsidRDefault="003B336C">
            <w:pPr>
              <w:jc w:val="center"/>
            </w:pPr>
            <w:r>
              <w:rPr>
                <w:sz w:val="18"/>
              </w:rPr>
              <w:t>[Text]</w:t>
            </w:r>
          </w:p>
        </w:tc>
        <w:tc>
          <w:tcPr>
            <w:tcW w:w="3312" w:type="dxa"/>
          </w:tcPr>
          <w:p w14:paraId="78A392D2" w14:textId="77777777" w:rsidR="008B37B6" w:rsidRDefault="003B336C">
            <w:pPr>
              <w:jc w:val="center"/>
            </w:pPr>
            <w:r>
              <w:rPr>
                <w:sz w:val="18"/>
              </w:rPr>
              <w:t>[Text]</w:t>
            </w:r>
          </w:p>
        </w:tc>
        <w:tc>
          <w:tcPr>
            <w:tcW w:w="3312" w:type="dxa"/>
          </w:tcPr>
          <w:p w14:paraId="36446891" w14:textId="77777777" w:rsidR="008B37B6" w:rsidRDefault="003B336C">
            <w:pPr>
              <w:jc w:val="center"/>
            </w:pPr>
            <w:r>
              <w:rPr>
                <w:sz w:val="18"/>
              </w:rPr>
              <w:t>[Text]</w:t>
            </w:r>
          </w:p>
        </w:tc>
      </w:tr>
      <w:tr w:rsidR="008B37B6" w14:paraId="46ABB565" w14:textId="77777777">
        <w:tc>
          <w:tcPr>
            <w:tcW w:w="3312" w:type="dxa"/>
          </w:tcPr>
          <w:p w14:paraId="4CCFC981" w14:textId="77777777" w:rsidR="008B37B6" w:rsidRDefault="003B336C">
            <w:pPr>
              <w:jc w:val="center"/>
            </w:pPr>
            <w:r>
              <w:rPr>
                <w:sz w:val="18"/>
              </w:rPr>
              <w:t>[Text]</w:t>
            </w:r>
          </w:p>
        </w:tc>
        <w:tc>
          <w:tcPr>
            <w:tcW w:w="3312" w:type="dxa"/>
          </w:tcPr>
          <w:p w14:paraId="5A723BCB" w14:textId="77777777" w:rsidR="008B37B6" w:rsidRDefault="003B336C">
            <w:pPr>
              <w:jc w:val="center"/>
            </w:pPr>
            <w:r>
              <w:rPr>
                <w:sz w:val="18"/>
              </w:rPr>
              <w:t>[Text]</w:t>
            </w:r>
          </w:p>
        </w:tc>
        <w:tc>
          <w:tcPr>
            <w:tcW w:w="3312" w:type="dxa"/>
          </w:tcPr>
          <w:p w14:paraId="6B6CC418" w14:textId="77777777" w:rsidR="008B37B6" w:rsidRDefault="003B336C">
            <w:pPr>
              <w:jc w:val="center"/>
            </w:pPr>
            <w:r>
              <w:rPr>
                <w:sz w:val="18"/>
              </w:rPr>
              <w:t>[Text]</w:t>
            </w:r>
          </w:p>
        </w:tc>
      </w:tr>
    </w:tbl>
    <w:p w14:paraId="42797906" w14:textId="77777777" w:rsidR="002A722E" w:rsidRDefault="002A722E">
      <w:pPr>
        <w:pStyle w:val="Instruction"/>
      </w:pPr>
    </w:p>
    <w:p w14:paraId="445AB417" w14:textId="7D802697" w:rsidR="008B37B6" w:rsidRDefault="00F41EFD" w:rsidP="00284E43">
      <w:pPr>
        <w:pStyle w:val="Instruction"/>
        <w:jc w:val="center"/>
      </w:pPr>
      <w:r>
        <w:rPr>
          <w:noProof/>
        </w:rPr>
        <w:drawing>
          <wp:inline distT="0" distB="0" distL="0" distR="0" wp14:anchorId="38556757" wp14:editId="789A0529">
            <wp:extent cx="3108736" cy="150649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8"/>
                    <a:srcRect t="15700" b="19687"/>
                    <a:stretch/>
                  </pic:blipFill>
                  <pic:spPr bwMode="auto">
                    <a:xfrm>
                      <a:off x="0" y="0"/>
                      <a:ext cx="3131231" cy="1517399"/>
                    </a:xfrm>
                    <a:prstGeom prst="rect">
                      <a:avLst/>
                    </a:prstGeom>
                    <a:ln>
                      <a:noFill/>
                    </a:ln>
                    <a:extLst>
                      <a:ext uri="{53640926-AAD7-44D8-BBD7-CCE9431645EC}">
                        <a14:shadowObscured xmlns:a14="http://schemas.microsoft.com/office/drawing/2010/main"/>
                      </a:ext>
                    </a:extLst>
                  </pic:spPr>
                </pic:pic>
              </a:graphicData>
            </a:graphic>
          </wp:inline>
        </w:drawing>
      </w:r>
    </w:p>
    <w:p w14:paraId="078DB5B6" w14:textId="2E56E2D7" w:rsidR="008B37B6" w:rsidRDefault="002A722E" w:rsidP="00284E43">
      <w:pPr>
        <w:jc w:val="center"/>
      </w:pPr>
      <w:r>
        <w:t>Figure 1.</w:t>
      </w:r>
      <w:r w:rsidR="00284E43">
        <w:t xml:space="preserve"> </w:t>
      </w:r>
      <w:r>
        <w:t>Ensure that the figure is clear and properly labelled.</w:t>
      </w:r>
    </w:p>
    <w:sectPr w:rsidR="008B37B6" w:rsidSect="00034616">
      <w:headerReference w:type="default" r:id="rId9"/>
      <w:footerReference w:type="default" r:id="rId10"/>
      <w:pgSz w:w="12240" w:h="15840"/>
      <w:pgMar w:top="1080" w:right="1152" w:bottom="108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44510" w14:textId="77777777" w:rsidR="002769E3" w:rsidRDefault="002769E3">
      <w:pPr>
        <w:spacing w:after="0"/>
      </w:pPr>
      <w:r>
        <w:separator/>
      </w:r>
    </w:p>
  </w:endnote>
  <w:endnote w:type="continuationSeparator" w:id="0">
    <w:p w14:paraId="7D592CCA" w14:textId="77777777" w:rsidR="002769E3" w:rsidRDefault="002769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23CA6" w14:textId="77777777" w:rsidR="008B37B6" w:rsidRDefault="003B336C">
    <w:pPr>
      <w:pStyle w:val="Footer"/>
      <w:jc w:val="center"/>
    </w:pPr>
    <w:r>
      <w:rPr>
        <w:sz w:val="16"/>
      </w:rPr>
      <w:t>3rd International Undergraduate and Postgraduate Conference on Engineering, Technology and Science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228E9" w14:textId="77777777" w:rsidR="002769E3" w:rsidRDefault="002769E3">
      <w:pPr>
        <w:spacing w:after="0"/>
      </w:pPr>
      <w:r>
        <w:separator/>
      </w:r>
    </w:p>
  </w:footnote>
  <w:footnote w:type="continuationSeparator" w:id="0">
    <w:p w14:paraId="42F5A8A7" w14:textId="77777777" w:rsidR="002769E3" w:rsidRDefault="002769E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43078" w14:textId="41939AE4" w:rsidR="008B37B6" w:rsidRPr="00284E43" w:rsidRDefault="00565B40" w:rsidP="00284E43">
    <w:pPr>
      <w:pStyle w:val="Header"/>
      <w:rPr>
        <w:sz w:val="14"/>
        <w:szCs w:val="14"/>
      </w:rPr>
    </w:pPr>
    <w:r w:rsidRPr="00284E43">
      <w:rPr>
        <w:b/>
        <w:noProof/>
        <w:sz w:val="24"/>
        <w:szCs w:val="32"/>
      </w:rPr>
      <w:drawing>
        <wp:inline distT="0" distB="0" distL="0" distR="0" wp14:anchorId="4383FDEC" wp14:editId="4754B834">
          <wp:extent cx="2057400" cy="1266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srcRect b="17901"/>
                  <a:stretch/>
                </pic:blipFill>
                <pic:spPr bwMode="auto">
                  <a:xfrm>
                    <a:off x="0" y="0"/>
                    <a:ext cx="2058807" cy="1267691"/>
                  </a:xfrm>
                  <a:prstGeom prst="rect">
                    <a:avLst/>
                  </a:prstGeom>
                  <a:ln>
                    <a:noFill/>
                  </a:ln>
                  <a:extLst>
                    <a:ext uri="{53640926-AAD7-44D8-BBD7-CCE9431645EC}">
                      <a14:shadowObscured xmlns:a14="http://schemas.microsoft.com/office/drawing/2010/main"/>
                    </a:ext>
                  </a:extLst>
                </pic:spPr>
              </pic:pic>
            </a:graphicData>
          </a:graphic>
        </wp:inline>
      </w:drawing>
    </w:r>
    <w:r w:rsidR="003B336C" w:rsidRPr="00284E43">
      <w:rPr>
        <w:b/>
        <w:sz w:val="36"/>
        <w:szCs w:val="44"/>
      </w:rPr>
      <w:t>IUP2026 Extended Abstract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0C7E8D"/>
    <w:multiLevelType w:val="hybridMultilevel"/>
    <w:tmpl w:val="960E1F5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4CCB"/>
    <w:rsid w:val="0015074B"/>
    <w:rsid w:val="001F28C7"/>
    <w:rsid w:val="002769E3"/>
    <w:rsid w:val="00284E43"/>
    <w:rsid w:val="0029639D"/>
    <w:rsid w:val="002A722E"/>
    <w:rsid w:val="00326F90"/>
    <w:rsid w:val="003B336C"/>
    <w:rsid w:val="0041046A"/>
    <w:rsid w:val="00565B40"/>
    <w:rsid w:val="008212C6"/>
    <w:rsid w:val="008B37B6"/>
    <w:rsid w:val="00A77D7A"/>
    <w:rsid w:val="00AA1D8D"/>
    <w:rsid w:val="00B47730"/>
    <w:rsid w:val="00CB0664"/>
    <w:rsid w:val="00E272A0"/>
    <w:rsid w:val="00F41EF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A62F3BF"/>
  <w14:defaultImageDpi w14:val="300"/>
  <w15:docId w15:val="{E8FB756B-5D93-4A44-8279-BF679B3AE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40" w:lineRule="auto"/>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000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b/>
      <w:color w:val="000000"/>
      <w:spacing w:val="5"/>
      <w:kern w:val="28"/>
      <w:sz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nstruction">
    <w:name w:val="Instruction"/>
    <w:pPr>
      <w:spacing w:after="60"/>
    </w:pPr>
    <w:rPr>
      <w:rFonts w:ascii="Times New Roman" w:eastAsia="Times New Roman" w:hAnsi="Times New Roman"/>
      <w:i/>
      <w:color w:val="5A5A5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297</Words>
  <Characters>1697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SITI NORBAKYAH BINTI JABAR</cp:lastModifiedBy>
  <cp:revision>2</cp:revision>
  <dcterms:created xsi:type="dcterms:W3CDTF">2026-07-23T02:03:00Z</dcterms:created>
  <dcterms:modified xsi:type="dcterms:W3CDTF">2026-07-23T02:03:00Z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8c793204-d793-4d81-b49c-2937dc73c07d</vt:lpwstr>
  </property>
</Properties>
</file>